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微软雅黑" w:hAnsi="微软雅黑" w:eastAsia="微软雅黑"/>
          <w:b/>
          <w:color w:val="1B5FB8"/>
          <w:sz w:val="17"/>
        </w:rPr>
        <w:t>华盛贝尔 ｜ 用工合规 · 年休假</w:t>
      </w:r>
    </w:p>
    <w:p>
      <w:pPr>
        <w:spacing w:after="40"/>
      </w:pPr>
      <w:r>
        <w:rPr>
          <w:rFonts w:ascii="微软雅黑" w:hAnsi="微软雅黑" w:eastAsia="微软雅黑"/>
          <w:b/>
          <w:color w:val="142236"/>
          <w:sz w:val="34"/>
        </w:rPr>
        <w:t>员工自愿不休年休假确认书</w:t>
      </w:r>
    </w:p>
    <w:p>
      <w:pPr>
        <w:spacing w:after="80"/>
      </w:pPr>
      <w:r>
        <w:rPr>
          <w:rFonts w:ascii="微软雅黑" w:hAnsi="微软雅黑" w:eastAsia="微软雅黑"/>
          <w:b w:val="0"/>
          <w:color w:val="8A95A6"/>
          <w:sz w:val="20"/>
        </w:rPr>
        <w:t>以公司已完成安排（或书面通知排休）为前提 · 版本 2026-10</w:t>
      </w:r>
    </w:p>
    <w:p>
      <w:pPr>
        <w:spacing w:before="0" w:after="200"/>
        <w:pBdr>
          <w:bottom w:val="single" w:sz="10" w:space="1" w:color="1E7BE8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fill="F2F6FC"/>
          </w:tcPr>
          <w:p>
            <w:r>
              <w:rPr>
                <w:rFonts w:ascii="微软雅黑" w:hAnsi="微软雅黑" w:eastAsia="微软雅黑"/>
                <w:b/>
                <w:color w:val="1B5FB8"/>
                <w:sz w:val="20"/>
              </w:rPr>
              <w:t>给 HR 的使用提示（不随确认书发给员工）</w:t>
            </w:r>
          </w:p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33445C"/>
                <w:sz w:val="19"/>
              </w:rPr>
              <w:t>1. 先安排、后确认：确认书应在公司作出年假安排或发出书面排休通知之后签署，并同时保留安排过程的记录，否则单独一张「自愿放弃」证明力有限。</w:t>
            </w:r>
          </w:p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33445C"/>
                <w:sz w:val="19"/>
              </w:rPr>
              <w:t>2. 写清天数与日期：不要只写「自愿放弃年假」，要写明年度、天数、已休天数与剩余天数。</w:t>
            </w:r>
          </w:p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33445C"/>
                <w:sz w:val="19"/>
              </w:rPr>
              <w:t>3. 与《年假台账》一并归档，保存期限不少于【2】年。</w:t>
            </w:r>
          </w:p>
        </w:tc>
      </w:tr>
    </w:tbl>
    <w:p>
      <w:pPr>
        <w:spacing w:after="0"/>
      </w:pP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员工自愿不休年休假确认书</w:t>
      </w:r>
    </w:p>
    <w:p>
      <w:pPr>
        <w:ind w:left="0"/>
      </w:pPr>
      <w:r>
        <w:rPr>
          <w:rFonts w:ascii="微软雅黑" w:hAnsi="微软雅黑" w:eastAsia="微软雅黑"/>
          <w:b w:val="0"/>
          <w:sz w:val="21"/>
        </w:rPr>
        <w:t>本人已阅知公司《年假管理制度》及国家关于带薪年休假的相关规定，并知悉本人当年度应享受的年休假天数。</w:t>
      </w:r>
    </w:p>
    <w:p>
      <w:pPr>
        <w:ind w:left="0"/>
      </w:pPr>
      <w:r>
        <w:rPr>
          <w:rFonts w:ascii="微软雅黑" w:hAnsi="微软雅黑" w:eastAsia="微软雅黑"/>
          <w:b w:val="0"/>
          <w:sz w:val="21"/>
        </w:rPr>
        <w:t>公司在【　　】年度已安排／已书面通知本人安排年休假，本人因个人原因，自愿申请不予享受当年度未休年休假，具体如下：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/>
        </w:trPr>
        <w:tc>
          <w:tcPr>
            <w:tcW w:type="dxa" w:w="2041"/>
            <w:shd w:val="clear" w:fill="1B5FB8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姓名</w:t>
            </w:r>
          </w:p>
        </w:tc>
        <w:tc>
          <w:tcPr>
            <w:tcW w:type="dxa" w:w="2041"/>
            <w:shd w:val="clear" w:fill="1B5FB8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工号</w:t>
            </w:r>
          </w:p>
        </w:tc>
        <w:tc>
          <w:tcPr>
            <w:tcW w:type="dxa" w:w="2778"/>
            <w:shd w:val="clear" w:fill="1B5FB8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部门</w:t>
            </w:r>
          </w:p>
        </w:tc>
        <w:tc>
          <w:tcPr>
            <w:tcW w:type="dxa" w:w="2778"/>
            <w:shd w:val="clear" w:fill="1B5FB8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岗位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 w:val="0"/>
                <w:sz w:val="18"/>
              </w:rPr>
            </w:r>
          </w:p>
        </w:tc>
        <w:tc>
          <w:tcPr>
            <w:tcW w:type="dxa" w:w="2778"/>
          </w:tcPr>
          <w:p>
            <w:r/>
            <w:r>
              <w:rPr>
                <w:rFonts w:ascii="微软雅黑" w:hAnsi="微软雅黑" w:eastAsia="微软雅黑"/>
                <w:b w:val="0"/>
                <w:sz w:val="18"/>
              </w:rPr>
            </w:r>
          </w:p>
        </w:tc>
        <w:tc>
          <w:tcPr>
            <w:tcW w:type="dxa" w:w="2778"/>
          </w:tcPr>
          <w:p>
            <w:r/>
            <w:r>
              <w:rPr>
                <w:rFonts w:ascii="微软雅黑" w:hAnsi="微软雅黑" w:eastAsia="微软雅黑"/>
                <w:b w:val="0"/>
                <w:sz w:val="18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tblHeader/>
        </w:trPr>
        <w:tc>
          <w:tcPr>
            <w:tcW w:type="dxa" w:w="3231"/>
            <w:shd w:val="clear" w:fill="1B5FB8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当年度应休天数</w:t>
            </w:r>
          </w:p>
        </w:tc>
        <w:tc>
          <w:tcPr>
            <w:tcW w:type="dxa" w:w="3231"/>
            <w:shd w:val="clear" w:fill="1B5FB8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当年度已休天数</w:t>
            </w:r>
          </w:p>
        </w:tc>
        <w:tc>
          <w:tcPr>
            <w:tcW w:type="dxa" w:w="3175"/>
            <w:shd w:val="clear" w:fill="1B5FB8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未休天数（自愿放弃）</w:t>
            </w:r>
          </w:p>
        </w:tc>
      </w:tr>
      <w:tr>
        <w:tc>
          <w:tcPr>
            <w:tcW w:type="dxa" w:w="3231"/>
          </w:tcPr>
          <w:p>
            <w:r/>
            <w:r>
              <w:rPr>
                <w:rFonts w:ascii="微软雅黑" w:hAnsi="微软雅黑" w:eastAsia="微软雅黑"/>
                <w:b/>
                <w:sz w:val="18"/>
              </w:rPr>
              <w:t xml:space="preserve">　天</w:t>
            </w:r>
          </w:p>
        </w:tc>
        <w:tc>
          <w:tcPr>
            <w:tcW w:type="dxa" w:w="3231"/>
          </w:tcPr>
          <w:p>
            <w:r/>
            <w:r>
              <w:rPr>
                <w:rFonts w:ascii="微软雅黑" w:hAnsi="微软雅黑" w:eastAsia="微软雅黑"/>
                <w:b w:val="0"/>
                <w:sz w:val="18"/>
              </w:rPr>
              <w:t xml:space="preserve">　天</w:t>
            </w:r>
          </w:p>
        </w:tc>
        <w:tc>
          <w:tcPr>
            <w:tcW w:type="dxa" w:w="3175"/>
          </w:tcPr>
          <w:p>
            <w:r/>
            <w:r>
              <w:rPr>
                <w:rFonts w:ascii="微软雅黑" w:hAnsi="微软雅黑" w:eastAsia="微软雅黑"/>
                <w:b w:val="0"/>
                <w:sz w:val="18"/>
              </w:rPr>
              <w:t xml:space="preserve">　天</w:t>
            </w:r>
          </w:p>
        </w:tc>
      </w:tr>
    </w:tbl>
    <w:p>
      <w:pPr>
        <w:ind w:left="0"/>
      </w:pPr>
      <w:r>
        <w:rPr>
          <w:rFonts w:ascii="微软雅黑" w:hAnsi="微软雅黑" w:eastAsia="微软雅黑"/>
          <w:b w:val="0"/>
          <w:sz w:val="21"/>
        </w:rPr>
        <w:t>本人确认：上述未休年休假天数系本人自愿放弃，本人只领取正常工作期间的工资收入，不要求公司另行支付未休年休假的额外工资报酬。本人是在充分知悉相关规定的条件下作出上述确认。</w:t>
      </w:r>
    </w:p>
    <w:p>
      <w:pPr>
        <w:ind w:left="0"/>
      </w:pPr>
      <w:r>
        <w:rPr>
          <w:rFonts w:ascii="微软雅黑" w:hAnsi="微软雅黑" w:eastAsia="微软雅黑"/>
          <w:b w:val="0"/>
          <w:sz w:val="21"/>
        </w:rPr>
        <w:t>员工签名：　　　　　　　　　　　　　日期：　　　年　　月　　日</w:t>
      </w:r>
    </w:p>
    <w:p>
      <w:pPr>
        <w:ind w:left="0"/>
      </w:pPr>
      <w:r>
        <w:rPr>
          <w:rFonts w:ascii="微软雅黑" w:hAnsi="微软雅黑" w:eastAsia="微软雅黑"/>
          <w:b w:val="0"/>
          <w:sz w:val="21"/>
        </w:rPr>
        <w:t>部门负责人确认：　　　　　　　　　　日期：　　　年　　月　　日</w:t>
      </w:r>
    </w:p>
    <w:p>
      <w:pPr>
        <w:ind w:left="0"/>
      </w:pPr>
      <w:r>
        <w:rPr>
          <w:rFonts w:ascii="微软雅黑" w:hAnsi="微软雅黑" w:eastAsia="微软雅黑"/>
          <w:b w:val="0"/>
          <w:sz w:val="21"/>
        </w:rPr>
        <w:t>人力资源部复核：　　　　　　　　　　日期：　　　年　　月　　日</w:t>
      </w:r>
    </w:p>
    <w:p>
      <w:pPr>
        <w:spacing w:before="240" w:after="80"/>
      </w:pPr>
      <w:r>
        <w:rPr>
          <w:rFonts w:ascii="微软雅黑" w:hAnsi="微软雅黑" w:eastAsia="微软雅黑"/>
          <w:b/>
          <w:color w:val="142236"/>
          <w:sz w:val="26"/>
        </w:rPr>
        <w:t>说明</w:t>
      </w:r>
    </w:p>
    <w:p>
      <w:pPr>
        <w:ind w:left="170"/>
      </w:pPr>
      <w:r>
        <w:rPr>
          <w:rFonts w:ascii="微软雅黑" w:hAnsi="微软雅黑" w:eastAsia="微软雅黑"/>
          <w:b w:val="0"/>
          <w:color w:val="8A95A6"/>
          <w:sz w:val="18"/>
        </w:rPr>
        <w:t>· 本栏目内容为一般性管理信息整理，不构成法律意见，也不能替代针对具体情形的专业判断。</w:t>
      </w:r>
    </w:p>
    <w:p>
      <w:pPr>
        <w:ind w:left="170"/>
      </w:pPr>
      <w:r>
        <w:rPr>
          <w:rFonts w:ascii="微软雅黑" w:hAnsi="微软雅黑" w:eastAsia="微软雅黑"/>
          <w:b w:val="0"/>
          <w:color w:val="8A95A6"/>
          <w:sz w:val="18"/>
        </w:rPr>
        <w:t>· 各地法规与司法实践存在差异，具体适用请结合企业所在地口径；据此修订制度的，建议由本企业法务或外部专业顾问复核。</w:t>
      </w:r>
    </w:p>
    <w:p>
      <w:pPr>
        <w:ind w:left="170"/>
      </w:pPr>
      <w:r>
        <w:rPr>
          <w:rFonts w:ascii="微软雅黑" w:hAnsi="微软雅黑" w:eastAsia="微软雅黑"/>
          <w:b w:val="0"/>
          <w:color w:val="8A95A6"/>
          <w:sz w:val="18"/>
        </w:rPr>
        <w:t>· 页面中的天数与金额试算为管理自查参考，最终以法定口径与企业实际记录为准。</w:t>
      </w:r>
    </w:p>
    <w:sectPr w:rsidR="00FC693F" w:rsidRPr="0006063C" w:rsidSect="00034616">
      <w:foot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color w:val="8A95A6"/>
        <w:sz w:val="15"/>
      </w:rPr>
      <w:t>深圳市华盛贝尔科技有限公司 · www.chsbell.com · 版本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员工自愿不休年休假确认书</dc:title>
  <dc:subject/>
  <dc:creator>深圳市华盛贝尔科技有限公司</dc:creator>
  <cp:keywords/>
  <dc:description>来自 www.chsbell.com/compliance/annual-leave.html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